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Ошский рынок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5847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39a340a4d61e4d5c0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84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Ош базары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58477" cy="2232000"/>
            <wp:docPr id="4" name="Picture 4" descr="Ошский рынок" title="Ошски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39a340a4d61e4d5c0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84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Ошский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Ош базары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Ош базары Ош базары, мурда Совет базары деп аталган Ош базары 1983-жылы кайра курулган. Долбоордун архитекторлору А.Нежурин, Ю.Чубаров, К.Назаров жана башкалар. Аны Ош шаарынын куруучулары тургузушкан, жеке павильондорду Ош областынын колхоздору курушкан, ошондуктан «Ош базары» деп аташкан. Комплекс дарыянын оң жээгинде 5 гектар аянтта жайгашкан. Ала-Арча. Ал аянттын контурун бойлото жайгашкан ар кандай типтеги жана максаттагы соода павильондор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https://bimap.su/description/frunze/418_Oshskii.txt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Медина Суйутбекова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https://2gis.kg/bishkek/geo/15763281595596984/tab/photos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