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Восточный автовокзал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42.88708, 74.62975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167120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675f5a5821517cbada4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6712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42.88708, 74.62975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Чыгыш автобекети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42.88708, 74.62975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5167120" cy="2232000"/>
            <wp:docPr id="4" name="Picture 4" descr="Восточный автовокзал" title="Восточный автовокза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675f5a5821517cbada4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6712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Восточный автовокзал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Чыгыш автобекети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Чыгыш автобекети. 1962-жылы ачылган Чыгыш автобекети Кыргыз ССРинин 50 жылдыгы (Жибек Жолу) көчөсүндө жайгашкан, 1938-жылга чейин көчө Ташкент, 1938-жылдан 1974-жылга чейин Ленин көчөсү деп аталган. Бул көчө шаарды чыгыштан батышка карай кесип өтөт.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https://bimap.su/description/frunze/417_VAvtovokzal.txt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42.88708, 74.62975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Мария Мир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https://2gis.kg/bishkek/geo/15763281595596939/tab/photos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