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Торговые ряды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42.88121, 74.61154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e61360178e3e3b5d3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Торговые ряды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42.88121, 74.61154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3" name="Picture 3" descr="Торговые ряды" title="Торговые ряд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e61360178e3e3b5d3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Торговые ряды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Торговые ряды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Базарной, 1909г.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https://bimap.su/description/pishpek/62_Riady_Bazarnoi.txt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42.88121, 74.61154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42.88121, 74.61154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Bek Myrza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https://2gis.kg/bishkek/geo/15763281595597581/tab/photos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