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Торговые ряды</w:t>
      </w:r>
    </w:p>
    <w:p>
      <w:pPr>
        <w:jc w:val="center"/>
      </w:pPr>
      <w:r>
        <w:rPr>
          <w:rFonts w:ascii="Arial" w:hAnsi="Arial" w:eastAsia="Arial"/>
          <w:b w:val="0"/>
          <w:color w:val="606667"/>
          <w:sz w:val="17"/>
        </w:rPr>
        <w:t>42.88121, 74.61154</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314520" cy="2232000"/>
            <wp:docPr id="1" name="Picture 1"/>
            <wp:cNvGraphicFramePr>
              <a:graphicFrameLocks noChangeAspect="1"/>
            </wp:cNvGraphicFramePr>
            <a:graphic>
              <a:graphicData uri="http://schemas.openxmlformats.org/drawingml/2006/picture">
                <pic:pic>
                  <pic:nvPicPr>
                    <pic:cNvPr id="0" name="5ee61360178e3e3b5d3c.jpg"/>
                    <pic:cNvPicPr/>
                  </pic:nvPicPr>
                  <pic:blipFill>
                    <a:blip r:embed="rId12"/>
                    <a:stretch>
                      <a:fillRect/>
                    </a:stretch>
                  </pic:blipFill>
                  <pic:spPr>
                    <a:xfrm>
                      <a:off x="0" y="0"/>
                      <a:ext cx="331452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Trading arcades</w:t>
      </w:r>
    </w:p>
    <w:p>
      <w:pPr>
        <w:spacing w:after="100"/>
        <w:jc w:val="center"/>
      </w:pPr>
      <w:r>
        <w:rPr>
          <w:rFonts w:ascii="Arial" w:hAnsi="Arial" w:eastAsia="Arial"/>
          <w:b w:val="0"/>
          <w:color w:val="606667"/>
          <w:sz w:val="17"/>
        </w:rPr>
        <w:t>42.88121, 74.61154</w:t>
      </w:r>
    </w:p>
    <w:p>
      <w:pPr>
        <w:spacing w:before="0" w:after="20"/>
        <w:jc w:val="center"/>
      </w:pPr>
      <w:r>
        <w:drawing>
          <wp:inline xmlns:a="http://schemas.openxmlformats.org/drawingml/2006/main" xmlns:pic="http://schemas.openxmlformats.org/drawingml/2006/picture">
            <wp:extent cx="3314520" cy="2232000"/>
            <wp:docPr id="3" name="Picture 3" descr="Торговые ряды" title="Торговые ряды"/>
            <wp:cNvGraphicFramePr>
              <a:graphicFrameLocks noChangeAspect="1"/>
            </wp:cNvGraphicFramePr>
            <a:graphic>
              <a:graphicData uri="http://schemas.openxmlformats.org/drawingml/2006/picture">
                <pic:pic>
                  <pic:nvPicPr>
                    <pic:cNvPr id="0" name="5ee61360178e3e3b5d3c.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Торговые ряды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Trading arcades</w:t>
      </w:r>
    </w:p>
    <w:p>
      <w:pPr>
        <w:widowControl/>
        <w:spacing w:before="0" w:after="60" w:line="247" w:lineRule="auto"/>
      </w:pPr>
      <w:r>
        <w:rPr>
          <w:rFonts w:ascii="Arial" w:hAnsi="Arial" w:eastAsia="Arial"/>
          <w:b w:val="0"/>
          <w:color w:val="242C2F"/>
          <w:sz w:val="19"/>
        </w:rPr>
        <w:t>﻿ Trading arcades on Bazarnaya, 1909. Trading arcades were lined with a continuous series of shops and shops. The shops of prominent merchants were built of baked bricks with characteristic patterned and rusticated masonry. The cornices ended with figured pediments, turrets, and pedestals. The roofs were covered with iron. Large window and door openings were closed from the outside with forged metal shutters.</w:t>
      </w:r>
    </w:p>
    <w:p>
      <w:pPr>
        <w:spacing w:before="20" w:after="0"/>
      </w:pPr>
      <w:r>
        <w:rPr>
          <w:rFonts w:ascii="Arial" w:hAnsi="Arial" w:eastAsia="Arial"/>
          <w:b w:val="0"/>
          <w:color w:val="606667"/>
          <w:sz w:val="14"/>
        </w:rPr>
        <w:t>Source: https://bimap.su/description/pishpek/62_Riady_Bazarnoi.txt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42.88121, 74.61154</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42.88121, 74.61154</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Bek Myrza</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https://2gis.kg/bishkek/geo/15763281595597581/tab/photos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