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Дубы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42.87701, 74.57909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5753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6533e9e9362022bd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7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42.87701, 74.57909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Дубы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42.87701, 74.57909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7534" cy="2232000"/>
            <wp:docPr id="4" name="Picture 4" descr="Дубы" title="Дуб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6533e9e9362022bd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7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Дубы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Дубы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партсъезде. Фото 60-х.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https://bimap.su/description/frunze/412_Atom.txt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42.87701, 74.57909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Самара Арстанбекова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https://2gis.kg/bishkek/firm/70000001089231579/tab/photos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