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Ботанический массив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42.84659, 74.59800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7399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72e29178ff11a42049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3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42.84659, 74.59800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Ботанический массив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42.84659, 74.59800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3999" cy="2232000"/>
            <wp:docPr id="4" name="Picture 4" descr="Ботанический массив" title="Ботанический массив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72e29178ff11a42049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3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Ботанический массив · 1974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Ботанический массив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Магазин «Космос». Канал ЮБЧК. Фото 1974 года.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https://bimap.su/description/frunze/411_Kosmos.txt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42.84659, 74.59800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2ГИС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https://2gis.kg/bishkek/firm/70000001090078935/tab/photos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