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Ботанический массив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2e29178ff11a4204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Ботаникалык массив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Ботанический массив" title="Ботанический масси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2e29178ff11a4204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Ботанический массив · 1974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Ботаникалык массив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Ботаникалык массив. Космос дүкөнү. YUBCHK каналы. Сүрөт 1974. Ботаникалык турак жай Ала-Арча дарыясынын эки тарабында жайгашкан. Микрорайон 1957-62-жылдары Ботаникалык бактын мөмө-жемиш аянтынын аймагында курулган. 4 кабаттуу кирпич жана панелдуу үйлөр менен курулган. Архитекторлор Н Карпенко, В Грибова, М Гулько.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https://bimap.su/description/frunze/411_Kosmos.txt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https://2gis.kg/bishkek/firm/70000001090078935/tab/photos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