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172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988806e00e920643b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7272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988806e00e920643b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· 1959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1959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https://bimap.su/description/frunze/410_Sovetskaia59.txt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Nikolai Bulykin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https://commons.wikimedia.org/wiki/Бишкек,_Льва_Толстого_2а_сверху.jpg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