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7272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f988806e00e920643b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1959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Советская көчөсү. 1959-жылдагы сүрөт Темир жолдон түндүккө карай көрүнүш. Бул жерде Совет көчөсү бүтүп, ашуудан кийин Ново-Советская деп аталып калган. Сол жакта Совет жана Южная (Чуйкова) көчөлөрүнүн кесилишиндеги өрт өчүрүү кызматынын имараты.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https://bimap.su/description/frunze/410_Sovetskaia59.txt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42.86363, 74.61106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Nikolai Bulykin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https://commons.wikimedia.org/wiki/Бишкек,_Льва_Толстого_2а_сверху.jpg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BY-SA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