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Советская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42.86363, 74.61106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91727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f988806e00e920643b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72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42.86363, 74.61106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Sovetskaya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42.86363, 74.61106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17272" cy="2232000"/>
            <wp:docPr id="4" name="Picture 4" descr="Улица Советская" title="Улица Совет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f988806e00e920643b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72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 · 1959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Sovetskaya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Sovetskaya Street. Photo from 1959 View from the railway to the north. Here Sovetskaya Street ended, after the crossing it was called Novo-Sovetskaya. On the left is the fire department building at the corner of Sovetskaya and Yuzhnaya (Chuikova) streets.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https://bimap.su/description/frunze/410_Sovetskaia59.txt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42.86363, 74.61106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