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Панорама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6829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9ffeb28d6cd66f4fb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829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Панорама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68292" cy="2232000"/>
            <wp:docPr id="4" name="Picture 4" descr="Панорама Фрунзе" title="Панорама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9ffeb28d6cd66f4fb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829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Фрунзе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Панорама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60-х.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https://bimap.su/description/frunze/408_Panorama.txt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42.87546, 74.61951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Malika Isakova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https://2gis.kg/bishkek/firm/70000001100271882/tab/photos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