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Панорама Фрунзе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42.87546, 74.61951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268292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99ffeb28d6cd66f4fb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6829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42.87546, 74.61951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Фрунзе панорамасы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42.87546, 74.61951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268292" cy="2232000"/>
            <wp:docPr id="4" name="Picture 4" descr="Панорама Фрунзе" title="Панорама 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99ffeb28d6cd66f4fb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6829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Панорама Фрунзе · 60-х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Фрунзе панорамасы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Фрунзе панорамасы. 60-жылдардын фотосу Алдынкы планда сол жакта кендир-джут фабрикасы, оц жакта «Чолпон» бут кийим фирмасы. Сүрөттүн так ортосунда «Ай чүрөк» ЦУМ, Опера жана балет театры, «Кыргызстан» мейманканасы, Борбордук базар. «Чолпон» бут кийим фирмасы жылына 6 миллион жупка жакын бут кийим чыгарып, 4000ден ашык адамды иш менен камсыз кылган. Кендир-джут фабрикасы 1941-жылы эвакуацияланган Одессадагы Хворостин атындагы фабриканын базасынд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https://bimap.su/description/frunze/408_Panorama.txt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42.87546, 74.61951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Malika Isakova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https://2gis.kg/bishkek/firm/70000001100271882/tab/photos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