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Старая и новая Карпинка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42.87850, 74.62322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3684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1fcab24c94af9a724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68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42.87850, 74.62322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Эски жана жаңы Карпинка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42.87850, 74.62322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36842" cy="2232000"/>
            <wp:docPr id="4" name="Picture 4" descr="Старая и новая Карпинка" title="Старая и новая Карпин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1fcab24c94af9a724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68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Старая и новая Карпинка · 1967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Эски жана жаңы Карпинка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Эски жана жаңы Карпинка (Сүйүмбаева). 1967-жылдагы сүрөт Карпинский көчөсү орус геологу, академик, СССР Илимдер академиясынын биринчи президентинин урматына аталган.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https://bimap.su/description/frunze/406_Karpinka.txt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42.87850, 74.62322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https://2gis.kg/bishkek/firm/70000001090725420/tab/photos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