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42.88118, 74.61166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5510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5fd6ed8ff245851b6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51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42.88118, 74.61166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Советская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42.88118, 74.61166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5108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5fd6ed8ff245851b6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51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Советская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С.Фридлянда, 1934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https://bimap.su/description/frunze/403_Sovetskaia.txt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42.88118, 74.61166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Bek Myrza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https://2gis.kg/bishkek/geo/15763281595597581/tab/photos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