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5fd6ed8ff245851b6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көчөсү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55108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5fd6ed8ff245851b6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51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көчөсү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 көчөсү 1934 Совет көчөсү (мурдагы Базарная) 1919-жылы атала баштаган. Шаардын борбордук көчөлөрүнүн бири. Бул жерде Ташкентская (Жибек Жолу) жана Кощийная (Абдумомунова) көчөлөрүнүн ортосунда дүкөндөр, соода аянтчалары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https://bimap.su/description/frunze/403_Sovetskaia.txt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42.88118, 74.61166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Bek Myrza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https://2gis.kg/bishkek/geo/15763281595597581/tab/photos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