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 Дунганском базаре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На Дунганском базаре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0960" cy="2231999"/>
            <wp:docPr id="3" name="Picture 3" descr="На Дунганском базаре" title="На Дунганском базар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42aba356d071d484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0960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 Дунганском базаре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 Дунганском базаре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Дунганском базаре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https://bimap.su/description/pishpek/61_Dungan_bazar.txt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42.88089, 74.58689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Олег Иванович Сологубов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https://2gis.kg/bishkek/geo/15763294480498755/tab/photos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