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 Дунганском базаре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Дунган базарында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3" name="Picture 3" descr="На Дунганском базаре" title="На Дунганском базар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 Дунганском базаре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Дунган базарында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Дунган базарында Дунгановкадагы Барачная аянтында “Дунган базары” деп аталган базар болгон. Ар дайым жашылчалар, күрүчтөр, ун азыктары, татымалдар көп болчу. Көбүнчө жергиликтүү өндүрүлгөн, бирок экзотикалык товарлар Кытайдан алынып келинген.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https://bimap.su/description/pishpek/61_Dungan_bazar.txt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Олег Иванович Сологубов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https://2gis.kg/bishkek/geo/15763294480498755/tab/photos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