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Наробраз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6d4d7acd1ccdc88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Наробраз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4" name="Picture 4" descr="Наробраз" title="Наробра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6d4d7acd1ccdc88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Наробраз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Наробраз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Наробраз Краснооктябрьская көчөсүнүн бурчу Киров. 30-жылдары курулган бул имаратта шаардык элге билим берүү башкармалыгы жана Билим берүү министрлиги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https://bimap.su/description/frunze/402_Narobraz.txt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Omurbek Kadyrbekov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https://2gis.kg/bishkek/firm/70000001103972413/tab/photos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