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Наробраз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42.87957, 74.60987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36842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d46d4d7acd1ccdc883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3684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42.87957, 74.60987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Narobraz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42.87957, 74.60987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36842" cy="2232000"/>
            <wp:docPr id="4" name="Picture 4" descr="Наробраз" title="Наробраз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d46d4d7acd1ccdc883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3684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Наробраз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Narobraz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Narobraz Krasnooktyabrskaya Street corner of Kirov. This building, built in the 30s, housed the City Department of Public Education and the Ministry of Education.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https://bimap.su/description/frunze/402_Narobraz.txt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42.87957, 74.60987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Omurbek Kadyrbekov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https://2gis.kg/bishkek/firm/70000001103972413/tab/photos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