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a3324edb359a9d6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a3324edb359a9d6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выше «Южных ворот».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https://bimap.su/description/frunze/400_SovVorota.txt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Мелис Мелис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https://2gis.kg/bishkek/geo/15763294480498871/tab/photos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