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Советская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42.82793, 74.60716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9a3324edb359a9d6a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42.82793, 74.60716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Совет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42.82793, 74.60716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Улица Советская" title="Улица Совет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9a3324edb359a9d6a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Советская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Совет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Совет көчөсү, түштүк дарбазадан жогору Совет көчөсү, түштүк дарбазанын үстүндө. Бул жерден көчө тоо тарапка кетет.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https://bimap.su/description/frunze/400_SovVorota.txt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42.82793, 74.60716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Мелис Мелис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https://2gis.kg/bishkek/geo/15763294480498871/tab/photos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