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Улица Советская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42.82793, 74.60716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89a3324edb359a9d6a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42.82793, 74.60716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Sovetskaya Street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42.82793, 74.60716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4" name="Picture 4" descr="Улица Советская" title="Улица Советск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89a3324edb359a9d6a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Советская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Sovetskaya Street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Sovetskaya Street, above the southern gate Sovetskaya Street, above the southern gate. From here the street goes towards the mountains.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https://bimap.su/description/frunze/400_SovVorota.txt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42.82793, 74.60716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Мелис Мелис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https://2gis.kg/bishkek/geo/15763294480498871/tab/photos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