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Телевышка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42f1813eb71f93fc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Телевышка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Телевышка" title="Телевыш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42f1813eb71f93fc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Телевышка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Телевышка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https://bimap.su/description/frunze/398_Televyshka.txt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https://2gis.kg/bishkek/firm/70000001069020446/tab/photos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