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ТОГДА / СЕЙЧАС  </w:t>
      </w:r>
    </w:p>
    <w:p>
      <w:pPr>
        <w:jc w:val="center"/>
      </w:pPr>
      <w:r>
        <w:rPr>
          <w:rFonts w:ascii="Arial" w:hAnsi="Arial" w:eastAsia="Arial"/>
          <w:b/>
          <w:color w:val="242C2F"/>
          <w:sz w:val="40"/>
        </w:rPr>
        <w:t>Телевышка</w:t>
      </w:r>
    </w:p>
    <w:p>
      <w:pPr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80" w:after="20"/>
      </w:pPr>
      <w:r>
        <w:rPr>
          <w:rFonts w:ascii="Arial" w:hAnsi="Arial" w:eastAsia="Arial"/>
          <w:b/>
          <w:color w:val="772A33"/>
          <w:sz w:val="20"/>
        </w:rPr>
        <w:t>Тогда · Frunze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42f1813eb71f93fc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before="80" w:after="20"/>
      </w:pPr>
      <w:r>
        <w:rPr>
          <w:rFonts w:ascii="Arial" w:hAnsi="Arial" w:eastAsia="Arial"/>
          <w:b/>
          <w:color w:val="1B5B5B"/>
          <w:sz w:val="20"/>
        </w:rPr>
        <w:t>Сейчас · Bishkek</w:t>
      </w:r>
    </w:p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r>
        <w:br w:type="page"/>
      </w:r>
    </w:p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TV tower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4" name="Picture 4" descr="Телевышка" title="Телевышка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9242f1813eb71f93fc69.jp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Телевышка · Евгения Коровина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TV tower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TV tower Television in Frunze began its work in December 1958. The height of the tower is 193 meters.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https://bimap.su/description/frunze/398_Televyshka.txt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42.88842, 74.60539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5" name="Picture 5" descr="Современный вид; дата публикации в 2GIS" title="Современный вид; дата публикации в 2GIS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Современный вид; дата публикации в 2GIS · Фотография от 2ГИС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https://2gis.kg/bishkek/firm/70000001069020446/tab/photos · 2GIS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Фотография пользователя 2GIS; права принадлежат автору. Изображение показывается по внешней ссылке на 2GIS.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4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jpg"/><Relationship Id="rId13" Type="http://schemas.openxmlformats.org/officeDocument/2006/relationships/image" Target="media/image2.pn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