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Жукеева-Пудовкина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c73979a0db1f3a34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Жукеева-Пудовкина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Улица Жукеева-Пудовкина" title="Улица Жукеева-Пудовк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c73979a0db1f3a34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Жукеева-Пудовкина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Жукеева-Пудовкина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разделяющая 7-ой и 8-ой микрорайоны.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https://bimap.su/description/frunze/395_Jukeeva.txt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Nastya Vasileva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https://2gis.kg/bishkek/firm/70000001050386684/tab/photos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