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Жукеева-Пудовкина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c73979a0db1f3a34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Жукеева-Пудовкина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Улица Жукеева-Пудовкина" title="Улица Жукеева-Пудовк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c73979a0db1f3a34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Жукеева-Пудовкина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Жукеева-Пудовкина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Жукеева-Пудовкина көчөсү Жукеева-Пудовкина көчөсү, 7 жана 8-кичи райондорду бөлүп турат. Көчө темир жолдон түштүк магистралына чейин созулат. Табалды Жукеев (1882 - 1930) - кыргыздын тунгуч большевик-революционерлеринин бири, интернационалист.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https://bimap.su/description/frunze/395_Jukeeva.txt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42.83002, 74.61390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Nastya Vasileva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https://2gis.kg/bishkek/firm/70000001050386684/tab/photos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