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Жукеева-Пудовкина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c73979a0db1f3a34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Zhukeyeva-Pudovkina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Улица Жукеева-Пудовкина" title="Улица Жукеева-Пудовк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c73979a0db1f3a34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Жукеева-Пудовкина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Zhukeyeva-Pudovkina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Zhukeyeva-Pudovkina Street Zhukeyeva-Pudovkina Street, separating the 7th and 8th microdistricts. The street stretches from the railway to the southern highway. Tabaldy Zhukeyev (1882 - 1930) - one of the first Kyrgyz Bolshevik revolutionaries, an internationalist.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https://bimap.su/description/frunze/395_Jukeeva.txt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Nastya Vasileva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https://2gis.kg/bishkek/firm/70000001050386684/tab/photos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