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Госиздата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b43632435821b6391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Госиздата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4" name="Picture 4" descr="Здание Госиздата" title="Здание Госизда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b43632435821b6391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Госиздата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Госиздата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«Учкун».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https://bimap.su/description/frunze/394_Gosizdat.txt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с сайта компании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https://2gis.kg/bishkek/firm/70000001019340499/tab/photos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