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Госиздата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Building of the State Publishing 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Здание Госиздата" title="Здание Госизда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43632435821b6391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Госиздата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Building of the State Publishing 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Building of the State Publishing House "Uchkun" Building of the State Publishing House "Uchkun". Architects V. Grigoriev, R. Ibragimova, A. Kokhanov, 1978. CHPP-1 is in the background.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https://bimap.su/description/frunze/394_Gosizdat.txt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42.86087, 74.61537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с сайта компании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https://2gis.kg/bishkek/firm/70000001019340499/tab/photos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