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Караван-сарай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42.88239, 74.61408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1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10e94e076c26bed8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1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Караван-сарай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0130" cy="2232000"/>
            <wp:docPr id="3" name="Picture 3" descr="Караван-сарай" title="Караван-сара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10e94e076c26bed8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1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Караван-сарай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Караван-сарай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Токмакской.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https://bimap.su/description/pishpek/60_Karavansarai.txt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с сайта компании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https://2gis.kg/bishkek/firm/70000001104784253/tab/photos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