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Караван-сарай</w:t>
      </w:r>
    </w:p>
    <w:p>
      <w:pPr>
        <w:jc w:val="center"/>
      </w:pPr>
      <w:r>
        <w:rPr>
          <w:rFonts w:ascii="Arial" w:hAnsi="Arial" w:eastAsia="Arial"/>
          <w:b w:val="0"/>
          <w:color w:val="606667"/>
          <w:sz w:val="17"/>
        </w:rPr>
        <w:t>42.88239, 74.61408</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200130" cy="2232000"/>
            <wp:docPr id="1" name="Picture 1"/>
            <wp:cNvGraphicFramePr>
              <a:graphicFrameLocks noChangeAspect="1"/>
            </wp:cNvGraphicFramePr>
            <a:graphic>
              <a:graphicData uri="http://schemas.openxmlformats.org/drawingml/2006/picture">
                <pic:pic>
                  <pic:nvPicPr>
                    <pic:cNvPr id="0" name="9b10e94e076c26bed807.jpg"/>
                    <pic:cNvPicPr/>
                  </pic:nvPicPr>
                  <pic:blipFill>
                    <a:blip r:embed="rId12"/>
                    <a:stretch>
                      <a:fillRect/>
                    </a:stretch>
                  </pic:blipFill>
                  <pic:spPr>
                    <a:xfrm>
                      <a:off x="0" y="0"/>
                      <a:ext cx="320013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Кербен сарай</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3200130" cy="2232000"/>
            <wp:docPr id="3" name="Picture 3" descr="Караван-сарай" title="Караван-сарай"/>
            <wp:cNvGraphicFramePr>
              <a:graphicFrameLocks noChangeAspect="1"/>
            </wp:cNvGraphicFramePr>
            <a:graphic>
              <a:graphicData uri="http://schemas.openxmlformats.org/drawingml/2006/picture">
                <pic:pic>
                  <pic:nvPicPr>
                    <pic:cNvPr id="0" name="9b10e94e076c26bed807.jpg"/>
                    <pic:cNvPicPr/>
                  </pic:nvPicPr>
                  <pic:blipFill>
                    <a:blip r:embed="rId12"/>
                    <a:stretch>
                      <a:fillRect/>
                    </a:stretch>
                  </pic:blipFill>
                  <pic:spPr>
                    <a:xfrm>
                      <a:off x="0" y="0"/>
                      <a:ext cx="3200130" cy="2232000"/>
                    </a:xfrm>
                    <a:prstGeom prst="rect"/>
                  </pic:spPr>
                </pic:pic>
              </a:graphicData>
            </a:graphic>
          </wp:inline>
        </w:drawing>
      </w:r>
    </w:p>
    <w:p>
      <w:pPr>
        <w:spacing w:after="60"/>
        <w:jc w:val="center"/>
      </w:pPr>
      <w:r>
        <w:rPr>
          <w:rFonts w:ascii="Arial" w:hAnsi="Arial" w:eastAsia="Arial"/>
          <w:b w:val="0"/>
          <w:color w:val="606667"/>
          <w:sz w:val="15"/>
        </w:rPr>
        <w:t>Караван-сарай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Кербен сарай</w:t>
      </w:r>
    </w:p>
    <w:p>
      <w:pPr>
        <w:widowControl/>
        <w:spacing w:before="0" w:after="60" w:line="247" w:lineRule="auto"/>
      </w:pPr>
      <w:r>
        <w:rPr>
          <w:rFonts w:ascii="Arial" w:hAnsi="Arial" w:eastAsia="Arial"/>
          <w:b w:val="0"/>
          <w:color w:val="242C2F"/>
          <w:sz w:val="19"/>
        </w:rPr>
        <w:t>﻿ Токмакскаядагы кербен сарай. ХХ кылымдын башталышы. Пишпектеги негизги шаар объектиси шаардын борбордук бөлүгүнө жанаша жайгашкан базар болгон. Адегенде анын чек арасын бойлото бир нече жыгач жана жыгач отургучтар орнотулган. Алар эгин, ун сатышты, эт өтөөчү да бар эле. Дунгандар базарга арзан жашылчаларды, күрүчтү, кызыл калемпирди, сарымсакты жеткиришкен. Тегеректеги айылдардан жашылча-жемиштер, мал чарба азыктары жана тирүү мал алынып келинг</w:t>
      </w:r>
    </w:p>
    <w:p>
      <w:pPr>
        <w:spacing w:before="20" w:after="0"/>
      </w:pPr>
      <w:r>
        <w:rPr>
          <w:rFonts w:ascii="Arial" w:hAnsi="Arial" w:eastAsia="Arial"/>
          <w:b w:val="0"/>
          <w:color w:val="606667"/>
          <w:sz w:val="14"/>
        </w:rPr>
        <w:t>Булак: https://bimap.su/description/pishpek/60_Karavansarai.txt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с сайта компании</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https://2gis.kg/bishkek/firm/70000001104784253/tab/photos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