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Караван-сарай</w:t>
      </w:r>
    </w:p>
    <w:p>
      <w:pPr>
        <w:jc w:val="center"/>
      </w:pPr>
      <w:r>
        <w:rPr>
          <w:rFonts w:ascii="Arial" w:hAnsi="Arial" w:eastAsia="Arial"/>
          <w:b w:val="0"/>
          <w:color w:val="606667"/>
          <w:sz w:val="17"/>
        </w:rPr>
        <w:t>42.88239, 74.61408</w:t>
      </w:r>
    </w:p>
    <w:p>
      <w:pPr>
        <w:spacing w:before="80" w:after="20"/>
      </w:pPr>
      <w:r>
        <w:rPr>
          <w:rFonts w:ascii="Arial" w:hAnsi="Arial" w:eastAsia="Arial"/>
          <w:b/>
          <w:color w:val="772A33"/>
          <w:sz w:val="20"/>
        </w:rPr>
        <w:t>Тогда · Pishpek</w:t>
      </w:r>
    </w:p>
    <w:p>
      <w:pPr>
        <w:jc w:val="center"/>
      </w:pPr>
      <w:r>
        <w:drawing>
          <wp:inline xmlns:a="http://schemas.openxmlformats.org/drawingml/2006/main" xmlns:pic="http://schemas.openxmlformats.org/drawingml/2006/picture">
            <wp:extent cx="3200130" cy="2232000"/>
            <wp:docPr id="1" name="Picture 1"/>
            <wp:cNvGraphicFramePr>
              <a:graphicFrameLocks noChangeAspect="1"/>
            </wp:cNvGraphicFramePr>
            <a:graphic>
              <a:graphicData uri="http://schemas.openxmlformats.org/drawingml/2006/picture">
                <pic:pic>
                  <pic:nvPicPr>
                    <pic:cNvPr id="0" name="9b10e94e076c26bed807.jpg"/>
                    <pic:cNvPicPr/>
                  </pic:nvPicPr>
                  <pic:blipFill>
                    <a:blip r:embed="rId12"/>
                    <a:stretch>
                      <a:fillRect/>
                    </a:stretch>
                  </pic:blipFill>
                  <pic:spPr>
                    <a:xfrm>
                      <a:off x="0" y="0"/>
                      <a:ext cx="320013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Caravanserai</w:t>
      </w:r>
    </w:p>
    <w:p>
      <w:pPr>
        <w:spacing w:after="100"/>
        <w:jc w:val="center"/>
      </w:pPr>
      <w:r>
        <w:rPr>
          <w:rFonts w:ascii="Arial" w:hAnsi="Arial" w:eastAsia="Arial"/>
          <w:b w:val="0"/>
          <w:color w:val="606667"/>
          <w:sz w:val="17"/>
        </w:rPr>
        <w:t>42.88239, 74.61408</w:t>
      </w:r>
    </w:p>
    <w:p>
      <w:pPr>
        <w:spacing w:before="0" w:after="20"/>
        <w:jc w:val="center"/>
      </w:pPr>
      <w:r>
        <w:drawing>
          <wp:inline xmlns:a="http://schemas.openxmlformats.org/drawingml/2006/main" xmlns:pic="http://schemas.openxmlformats.org/drawingml/2006/picture">
            <wp:extent cx="3200130" cy="2232000"/>
            <wp:docPr id="3" name="Picture 3" descr="Караван-сарай" title="Караван-сарай"/>
            <wp:cNvGraphicFramePr>
              <a:graphicFrameLocks noChangeAspect="1"/>
            </wp:cNvGraphicFramePr>
            <a:graphic>
              <a:graphicData uri="http://schemas.openxmlformats.org/drawingml/2006/picture">
                <pic:pic>
                  <pic:nvPicPr>
                    <pic:cNvPr id="0" name="9b10e94e076c26bed807.jpg"/>
                    <pic:cNvPicPr/>
                  </pic:nvPicPr>
                  <pic:blipFill>
                    <a:blip r:embed="rId12"/>
                    <a:stretch>
                      <a:fillRect/>
                    </a:stretch>
                  </pic:blipFill>
                  <pic:spPr>
                    <a:xfrm>
                      <a:off x="0" y="0"/>
                      <a:ext cx="3200130" cy="2232000"/>
                    </a:xfrm>
                    <a:prstGeom prst="rect"/>
                  </pic:spPr>
                </pic:pic>
              </a:graphicData>
            </a:graphic>
          </wp:inline>
        </w:drawing>
      </w:r>
    </w:p>
    <w:p>
      <w:pPr>
        <w:spacing w:after="60"/>
        <w:jc w:val="center"/>
      </w:pPr>
      <w:r>
        <w:rPr>
          <w:rFonts w:ascii="Arial" w:hAnsi="Arial" w:eastAsia="Arial"/>
          <w:b w:val="0"/>
          <w:color w:val="606667"/>
          <w:sz w:val="15"/>
        </w:rPr>
        <w:t>Караван-сарай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Caravanserai</w:t>
      </w:r>
    </w:p>
    <w:p>
      <w:pPr>
        <w:widowControl/>
        <w:spacing w:before="0" w:after="60" w:line="247" w:lineRule="auto"/>
      </w:pPr>
      <w:r>
        <w:rPr>
          <w:rFonts w:ascii="Arial" w:hAnsi="Arial" w:eastAsia="Arial"/>
          <w:b w:val="0"/>
          <w:color w:val="242C2F"/>
          <w:sz w:val="19"/>
        </w:rPr>
        <w:t>﻿ Caravanserai on Tokmakskaya. Beginning of the twentieth century. The main urban object in Pishpek was the bazaar adjacent to the central part of the city. At first, several adobe and wooden benches were located along its borders. They sold grain and flour, and there was also a meat aisle. The Dungans delivered cheap vegetables, rice, red pepper, and garlic to the market. Vegetables and fresh fruits, livestock products and live cattle were broug</w:t>
      </w:r>
    </w:p>
    <w:p>
      <w:pPr>
        <w:spacing w:before="20" w:after="0"/>
      </w:pPr>
      <w:r>
        <w:rPr>
          <w:rFonts w:ascii="Arial" w:hAnsi="Arial" w:eastAsia="Arial"/>
          <w:b w:val="0"/>
          <w:color w:val="606667"/>
          <w:sz w:val="14"/>
        </w:rPr>
        <w:t>Source: https://bimap.su/description/pishpek/60_Karavansarai.txt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42.88239, 74.61408</w:t>
      </w:r>
    </w:p>
    <w:p>
      <w:pPr>
        <w:spacing w:before="0" w:after="20"/>
        <w:jc w:val="center"/>
      </w:pPr>
      <w:r>
        <w:drawing>
          <wp:inline xmlns:a="http://schemas.openxmlformats.org/drawingml/2006/main" xmlns:pic="http://schemas.openxmlformats.org/drawingml/2006/picture">
            <wp:extent cx="4355121" cy="2232000"/>
            <wp:docPr id="4" name="Picture 4"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42.88239, 74.61408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Фотография с сайта компании</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https://2gis.kg/bishkek/firm/70000001104784253/tab/photos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