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зажиточного горожанина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Pishpek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048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73ae6a7b85d3c2867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48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of a wealthy citizen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4830" cy="2232000"/>
            <wp:docPr id="3" name="Picture 3" descr="Дом зажиточного горожанина" title="Дом зажиточного горожа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73ae6a7b85d3c2867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48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зажиточного горожанина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a wealthy citizen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House of a wealthy citizen under an iron roof The end of the 19th - beginning of the 20th centuries is characterized by the improvement of the city and the construction of houses of significant size, sometimes one and a half and two floors, at the head of the city estate. The houses stood on high stone foundations made of cobblestones or ashlars, above which there was a brick basement of the semi-basement or first floor with patterned decor of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https://bimap.su/description/pishpek/6_Dom_pod_Jelezom.txt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Sugar Sugar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https://2gis.kg/bishkek/firm/70000001116320122/tab/photos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