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Завод «Медтехника»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42.88757, 74.61577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64256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aa7d1745fd2617ebef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4256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42.88757, 74.61577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Завод «Медтехника»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42.88757, 74.61577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642560" cy="2232000"/>
            <wp:docPr id="4" name="Picture 4" descr="Завод «Медтехника»" title="Завод «Медтехника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aa7d1745fd2617ebeff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4256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Завод «Медтехника»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Завод «Медтехника»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Завод «Медтехника»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https://bimap.su/description/frunze/392_Medtehnika.txt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42.88757, 74.61577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Turat Duulat Uulu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https://2gis.kg/bishkek/geo/15763234351124751/tab/photos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