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Вид на высотку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42.82852, 74.59644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fadb2c363bf9bcaf1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42.82852, 74.59644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Вид на высотку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42.82852, 74.59644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Вид на высотку" title="Вид на высотк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fadb2c363bf9bcaf1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Вид на высотку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Вид на высотку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 10-м микрорайоне.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https://bimap.su/description/frunze/391_Vysotka.txt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42.82852, 74.59644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Абдували Чилтенов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https://2gis.kg/bishkek/firm/70000001111236595/tab/photos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