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на высотку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fadb2c363bf9bcaf1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View of the high-rise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Вид на высотку" title="Вид на высотк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fadb2c363bf9bcaf1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высотку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View of the high-rise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View of the high-rise in the 10th microdistrict View of the high-rise in the 10th microdistrict. Cooperative garages in front of the Ala-Archa River.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https://bimap.su/description/frunze/391_Vysotka.txt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