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К.И.Скрябину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7dc294113d811f4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К.И.Скрябину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Памятник К.И.Скрябину" title="Памятник К.И.Скряб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6a7dc294113d811f4e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К.И.Скрябину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К.И.Скрябину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(скульптор В.Шестопал, арх. К. Сарабанов).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https://bimap.su/description/frunze/390_Skriabin.txt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42.85312, 74.60512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Robert Divaev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https://2gis.kg/bishkek/geo/15763294480498694/tab/photos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