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К.И.Скрябину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K.I. Scriabin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Памятник К.И.Скрябину" title="Памятник К.И.Скряб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К.И.Скрябину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K.I. Scriabin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K.I. Scriabin Monument to K.I. Scriabin. Sculptor V. Shestopal, architect K. Sarabanov.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https://bimap.su/description/frunze/390_Skriabin.txt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