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Сельхозинститут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886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e11dedfe4c1a6e90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886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Сельхозинститут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8862" cy="2231999"/>
            <wp:docPr id="4" name="Picture 4" descr="Сельхозинститут" title="Сельхоз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e11dedfe4c1a6e90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886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Сельхозинститут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Сельхозинститут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им. К.И.Скрябина.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https://bimap.su/description/frunze/389_Selhozinstitut2.txt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