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Сельхозинститут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42.85355, 74.60532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Фрунзе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208862" cy="2231999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de11dedfe4c1a6e9065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208862" cy="223199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42.85355, 74.60532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Айыл чарба институту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42.85355, 74.60532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208862" cy="2231999"/>
            <wp:docPr id="4" name="Picture 4" descr="Сельхозинститут" title="Сельхозинститут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de11dedfe4c1a6e9065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208862" cy="223199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Сельхозинститут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Айыл чарба институту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Мал жана ветеринария институтунун окуу корпусу 1944-жылы жаңы имараттын курулушу аяктаган. Институтка К.И. Скрябин.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https://bimap.su/description/frunze/389_Selhozinstitut2.txt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42.85355, 74.60532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Дастан Такинов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https://2gis.kg/bishkek/geo/15763234351038950/tab/photos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