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Сельхозинститут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42.85355, 74.60532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08862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de11dedfe4c1a6e906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8862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42.85355, 74.60532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Agricultural Institute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42.85355, 74.60532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08862" cy="2231999"/>
            <wp:docPr id="4" name="Picture 4" descr="Сельхозинститут" title="Сельхозинститу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de11dedfe4c1a6e906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8862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Сельхозинститут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Agricultural Institute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Academic building of the Animal and Veterinary Institute In 1944, construction of a new building was completed. The Institute is named after K.I. Scriabin.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https://bimap.su/description/frunze/389_Selhozinstitut2.txt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42.85355, 74.60532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