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Учебный  корпус зооветинститута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42.85849, 74.60733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99077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823e38f30e1b6eff6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90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42.85849, 74.60733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Учебный  корпус зооветинститута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42.85849, 74.60733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990773" cy="2232000"/>
            <wp:docPr id="4" name="Picture 4" descr="Учебный  корпус зооветинститута" title="Учебный  корпус зооветинститу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823e38f30e1b6eff6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90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Учебный  корпус зооветинститута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Учебный  корпус зооветинститута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Один из учебных корпусов зооветинститута постройки 1937 года.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https://bimap.su/description/frunze/388_Zoovetinstitut.txt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42.85849, 74.60733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А.А As.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https://2gis.kg/bishkek/geo/15763234350964781/tab/photos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