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Учебный  корпус зооветинститута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42.85849, 74.60733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990773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0823e38f30e1b6eff6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907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42.85849, 74.60733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Зооветеринария институтунун окуу корпусу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42.85849, 74.60733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990773" cy="2232000"/>
            <wp:docPr id="4" name="Picture 4" descr="Учебный  корпус зооветинститута" title="Учебный  корпус зооветинститут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0823e38f30e1b6eff6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907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Учебный  корпус зооветинститута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Зооветеринария институтунун окуу корпусу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Зооветеринардык институттун окуу корпусу Айыл чарба окуу жайынын базасында түзүлгөн айыл чарба техникуму 1933-жылы зооветеринардык институтка айландырылган. Зоологиялык жана ветеринардык институттун окуу корпустарынын бири 1937-жылы курулган.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https://bimap.su/description/frunze/388_Zoovetinstitut.txt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42.85849, 74.60733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А.А As.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https://2gis.kg/bishkek/geo/15763234350964781/tab/photos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