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Учебный  корпус зооветинститута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9077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23e38f30e1b6eff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0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educational building of the zoo-veterinary institute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90773" cy="2232000"/>
            <wp:docPr id="4" name="Picture 4" descr="Учебный  корпус зооветинститута" title="Учебный  корпус зооветинститу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23e38f30e1b6eff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0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Учебный  корпус зооветинститута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educational building of the zoo-veterinary institute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educational building of the zoo-veterinary institute The agricultural technical school, created on the basis of an agricultural school, was transformed into a zoo-veterinary institute in 1933. One of the educational buildings of the Zoological and Veterinary Institute built in 1937.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https://bimap.su/description/frunze/388_Zoovetinstitut.txt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