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Сельхозинститут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302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256e12b74682afae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Сельхозинститут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53027" cy="2232000"/>
            <wp:docPr id="4" name="Picture 4" descr="Сельхозинститут" title="Сельхоз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256e12b74682afae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Сельхозинститут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Сельхозинститут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Сельскохозяйственный институт имени К.И.Скрябина.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https://bimap.su/description/frunze/386_Selhozinstitut.txt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Yryskeldi Rakhmanov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https://2gis.kg/bishkek/firm/70000001020551404/tab/photos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