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3027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256e12b74682afae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Agricultural Institute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53027" cy="2232000"/>
            <wp:docPr id="4" name="Picture 4" descr="Сельхозинститут" title="Сельхоз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256e12b74682afae0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302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Agricultural Institute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Kyrgyz Agricultural Institute named after K.I. Skryabin Kyrgyz Agricultural Institute named after K.I. Skryabin. The main building was built in 1962 (architect I. Gomelina).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https://bimap.su/description/frunze/386_Selhozinstitut.txt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42.85180, 74.60505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