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Городской базар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42.88167, 74.61251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9104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20c2aa3c845cd5cdc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104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Городской базар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42.88167, 74.61251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910400" cy="2232000"/>
            <wp:docPr id="3" name="Picture 3" descr="Городской базар" title="Городской база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20c2aa3c845cd5cdc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104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Городской базар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Городской базар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начала ХХ века. Фото из архива В.Я.Галицкого.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https://bimap.su/description/pishpek/59_Bazar.txt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42.88167, 74.61251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42.88167, 74.61251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