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Барак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1557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7426baf8871b6e7d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5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Барак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15578" cy="2232000"/>
            <wp:docPr id="4" name="Picture 4" descr="Барак" title="Бара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7426baf8871b6e7d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5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Барак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Барак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Первомайская (Раззакова). Барак советского времени.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https://bimap.su/description/frunze/380_Barak.txt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