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Барак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615578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7426baf8871b6e7d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5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Барак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615578" cy="2232000"/>
            <wp:docPr id="4" name="Picture 4" descr="Барак" title="Бара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37426baf8871b6e7d0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15578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Барак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Барак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Биринчи Май көчөсү (Раззакова). Совет доорундагы казармалар. Жумабек көчөсүнөн бурч (Иваницына, Токмакская). 1930-жылдардан бери советтик номенклатуралык жана орто звенодогу чыгармачыл кызматкерлер мындай казармаларга отурукташкан.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https://bimap.su/description/frunze/380_Barak.txt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42.88214, 74.60525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