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Барак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1557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7426baf8871b6e7d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55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Barak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15578" cy="2232000"/>
            <wp:docPr id="4" name="Picture 4" descr="Барак" title="Бара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7426baf8871b6e7d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55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Барак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Barak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Pervomaiskaya Street (Razzakova). Soviet-era barracks. Corner from Zhumabek streets (Ivanitsyna, Tokmakskaya). Since the 1930s, Soviet nomenklatura and mid-level creative workers have settled in such barracks.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https://bimap.su/description/frunze/380_Barak.txt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